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восточной стороне улицы Базарной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42.88659, 74.61192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68591" cy="2232000"/>
            <wp:docPr id="1" name="Picture 1" descr="Дом по восточной стороне улицы Базарной" title="Дом по восточной стороне улицы Баз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095ff06361cf2c425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859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восточной стороне улицы Базарной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восточной стороне улицы Базарной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ниже улицы Ташкентской. Начало ХХ века.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https://bimap.su/description/pishpek/166_Doma_na_Bazarnoi.txt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42.88659, 74.61192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42.88659, 74.61192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