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Шера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42.87187, 74.60561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0320" cy="2232000"/>
            <wp:docPr id="1" name="Picture 1" descr="Дом Шера" title="Дом Ше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7f259d20749559feb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03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Шера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Шера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юго-западном углу Грязновской и Бульварной.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https://bimap.su/description/pishpek/165_Dom_Shera.txt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42.87187, 74.60561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42.87187, 74.60561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