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улице Солдатской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42.87265, 74.61916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09186" cy="2232000"/>
            <wp:docPr id="1" name="Picture 1" descr="Дом на улице Солдатской" title="Дом на улице Солда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a501647c5a2ca109a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91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Солдатской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Солдатской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https://bimap.su/description/pishpek/164_Dom_na_Kuznechnoi.txt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42.87265, 74.61916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42.87265, 74.61916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