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Судейской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42.88199, 74.57747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09373" cy="2232000"/>
            <wp:docPr id="1" name="Picture 1" descr="Дом по улице Судейской" title="Дом по улице Судей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2cbe62f52de0bb943c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093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Судейской · Денисова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Судейской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восточнее улицы Атбашинской. Начало ХХ века. Фото Денисова.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https://bimap.su/description/pishpek/163_Dom_na_Sudeiskoi.txt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42.88199, 74.57747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42.88199, 74.57747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