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Конно-почтовая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2944" cy="2232000"/>
            <wp:docPr id="1" name="Picture 1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aa4002ff8b2aea1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29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Конно-почтовая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1868 г.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https://bimap.su/description/pishpek/162_Konnaia_stancia_1868.txt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42.88460, 74.61505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