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Horse-mounted postal station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42.88460, 74.61505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22944" cy="2232000"/>
            <wp:docPr id="1" name="Picture 1" descr="Конно-почтовая станция" title="Конно-почтовая стан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5aa4002ff8b2aea13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2294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Конно-почтовая станция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Horse-mounted postal station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Horse-mounted postal station 1868 The beginning of postal communication in the region by wheeled tarantass carriages was laid in 1864. By order of the authorities, postal communication was a natural service of local residents and the maintenance of each postal station was entrusted to the head of a nearby nomadic Kyrgyz clan, who received horses, carts, harness and money for the maintenance of coachmen. But the carts and harness were soon destr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https://bimap.su/description/pishpek/162_Konnaia_stancia_1868.txt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42.88460, 74.61505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42.88460, 74.61505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