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Конно-почтовая станция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42.88465, 74.61499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72520" cy="2232000"/>
            <wp:docPr id="1" name="Picture 1" descr="Конно-почтовая станция" title="Конно-почтовая станци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e2055e9e0add3ccead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725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Конно-почтовая станция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Конно-почтовая станция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1868г. 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https://bimap.su/description/pishpek/161_Konnaia_stancia1868.txt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Конно-почтовая станция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42.88465, 74.61499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785" cy="2232000"/>
            <wp:docPr id="2" name="Picture 2" descr="Конно-почтовая станция" title="Конно-почтовая станци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51db93670904a9067b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478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Конно-почтовая станция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Конно-почтовая станция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постройки 1868г. 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https://bimap.su/description/frunze/268_Konnaia_stanzia.txt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42.88465, 74.61499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