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купчихи Гущиной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42.88210, 74.60867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13199" cy="2232000"/>
            <wp:docPr id="1" name="Picture 1" descr="Дом купчихи Гущиной" title="Дом купчихи Гущи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920a0bf2edcd3c48b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31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купчихи Гущиной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купчихи Гущиной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Снесен в 2008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https://bimap.su/description/pishpek/160_Dom_Guschinoi.txt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42.88210, 74.60867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42.88210, 74.60867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