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Здание сельхозшколы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42.84429, 74.60399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71530" cy="2232000"/>
            <wp:docPr id="1" name="Picture 1" descr="Здание сельхозшколы" title="Здание сельхозшкол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65a1be021a53b20f8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715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сельхозшколы · Виктора Глумскова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Здание сельхозшколы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Здание снесено в 2005 году. Фото Виктора Глумскова.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https://bimap.su/description/pishpek/159_Selhozshkola.txt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42.84429, 74.60399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42.84429, 74.60399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