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Бульварная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42.87958, 74.60689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Улица Бульварная" title="Улица Бульвар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85c9bcb2411d02890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Бульварная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Бульварная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со стороны ул.Уездной.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https://bimap.su/description/pishpek/16_Bulvar.txt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42.87958, 74.60689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42.87958, 74.60689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