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Здание сельхозшколы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42.84451, 74.60399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783042" cy="2232000"/>
            <wp:docPr id="1" name="Picture 1" descr="Здание сельхозшколы" title="Здание сельхозшколы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7b03dc9fc0554d0670c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8304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Здание сельхозшколы ·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Здание сельхозшколы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Петрова. Здание снесено в 2005 году.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https://bimap.su/description/pishpek/158_Selhozshkola.txt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Зооветинститут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42.84451, 74.60399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770270" cy="2232000"/>
            <wp:docPr id="2" name="Picture 2" descr="Зооветинститут" title="Зооветинститу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a391a3de9e6c555542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7027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Зооветинститут · 1933 года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Зооветинститут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Учебный корпус зооветинститута. Фото 1933 года.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https://bimap.su/description/frunze/387_Selhozinstitut1.txt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42.84451, 74.60399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