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Айыл чарба мектебинин имараты</w:t>
      </w:r>
    </w:p>
    <w:p>
      <w:pPr>
        <w:spacing w:after="100"/>
        <w:jc w:val="center"/>
      </w:pPr>
      <w:r>
        <w:rPr>
          <w:rFonts w:ascii="Arial" w:hAnsi="Arial" w:eastAsia="Arial"/>
          <w:b w:val="0"/>
          <w:color w:val="606667"/>
          <w:sz w:val="17"/>
        </w:rPr>
        <w:t>42.84451, 74.60399</w:t>
      </w:r>
    </w:p>
    <w:p>
      <w:pPr>
        <w:spacing w:before="0" w:after="20"/>
        <w:jc w:val="center"/>
      </w:pPr>
      <w:r>
        <w:drawing>
          <wp:inline xmlns:a="http://schemas.openxmlformats.org/drawingml/2006/main" xmlns:pic="http://schemas.openxmlformats.org/drawingml/2006/picture">
            <wp:extent cx="2783042" cy="2232000"/>
            <wp:docPr id="1" name="Picture 1" descr="Здание сельхозшколы" title="Здание сельхозшколы"/>
            <wp:cNvGraphicFramePr>
              <a:graphicFrameLocks noChangeAspect="1"/>
            </wp:cNvGraphicFramePr>
            <a:graphic>
              <a:graphicData uri="http://schemas.openxmlformats.org/drawingml/2006/picture">
                <pic:pic>
                  <pic:nvPicPr>
                    <pic:cNvPr id="0" name="77b03dc9fc0554d0670c.jpg"/>
                    <pic:cNvPicPr/>
                  </pic:nvPicPr>
                  <pic:blipFill>
                    <a:blip r:embed="rId12"/>
                    <a:stretch>
                      <a:fillRect/>
                    </a:stretch>
                  </pic:blipFill>
                  <pic:spPr>
                    <a:xfrm>
                      <a:off x="0" y="0"/>
                      <a:ext cx="2783042" cy="2232000"/>
                    </a:xfrm>
                    <a:prstGeom prst="rect"/>
                  </pic:spPr>
                </pic:pic>
              </a:graphicData>
            </a:graphic>
          </wp:inline>
        </w:drawing>
      </w:r>
    </w:p>
    <w:p>
      <w:pPr>
        <w:spacing w:after="60"/>
        <w:jc w:val="center"/>
      </w:pPr>
      <w:r>
        <w:rPr>
          <w:rFonts w:ascii="Arial" w:hAnsi="Arial" w:eastAsia="Arial"/>
          <w:b w:val="0"/>
          <w:color w:val="606667"/>
          <w:sz w:val="15"/>
        </w:rPr>
        <w:t>Здание сельхозшколы · Петрова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Айыл чарба мектебинин имараты</w:t>
      </w:r>
    </w:p>
    <w:p>
      <w:pPr>
        <w:widowControl/>
        <w:spacing w:before="0" w:after="60" w:line="247" w:lineRule="auto"/>
      </w:pPr>
      <w:r>
        <w:rPr>
          <w:rFonts w:ascii="Arial" w:hAnsi="Arial" w:eastAsia="Arial"/>
          <w:b w:val="0"/>
          <w:color w:val="242C2F"/>
          <w:sz w:val="19"/>
        </w:rPr>
        <w:t>﻿ Айыл чарба мектебинин имараты. 2005-жылы талкаланган 1889-жылы А.М. Фетисов кыргыз багбанчылык мектебин негиздеген. Анын окуучулары толугу менен кыргыз калкы чогулткан каражаттын эсебинен камсыз болгон. Негизги максат студенттердин багбанчылык, жашылча багбанчылык өнөрүн өздөштүрүү болчу. Мектепте окуу курсу үч жылга созулду. 1894-жылы Фетисов каза болгондон кийин мектепти Илья Павлович Иванов жетектеген. Анын тушунда мектеп жана анын бакчасы ү</w:t>
      </w:r>
    </w:p>
    <w:p>
      <w:pPr>
        <w:spacing w:before="20" w:after="0"/>
      </w:pPr>
      <w:r>
        <w:rPr>
          <w:rFonts w:ascii="Arial" w:hAnsi="Arial" w:eastAsia="Arial"/>
          <w:b w:val="0"/>
          <w:color w:val="606667"/>
          <w:sz w:val="14"/>
        </w:rPr>
        <w:t>Булак: https://bimap.su/description/pishpek/158_Selhozshkola.txt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Зооветеринардык институт</w:t>
      </w:r>
    </w:p>
    <w:p>
      <w:pPr>
        <w:spacing w:after="100"/>
        <w:jc w:val="center"/>
      </w:pPr>
      <w:r>
        <w:rPr>
          <w:rFonts w:ascii="Arial" w:hAnsi="Arial" w:eastAsia="Arial"/>
          <w:b w:val="0"/>
          <w:color w:val="606667"/>
          <w:sz w:val="17"/>
        </w:rPr>
        <w:t>42.84451, 74.60399</w:t>
      </w:r>
    </w:p>
    <w:p>
      <w:pPr>
        <w:spacing w:before="0" w:after="20"/>
        <w:jc w:val="center"/>
      </w:pPr>
      <w:r>
        <w:drawing>
          <wp:inline xmlns:a="http://schemas.openxmlformats.org/drawingml/2006/main" xmlns:pic="http://schemas.openxmlformats.org/drawingml/2006/picture">
            <wp:extent cx="3770270" cy="2232000"/>
            <wp:docPr id="2" name="Picture 2" descr="Зооветинститут" title="Зооветинститут"/>
            <wp:cNvGraphicFramePr>
              <a:graphicFrameLocks noChangeAspect="1"/>
            </wp:cNvGraphicFramePr>
            <a:graphic>
              <a:graphicData uri="http://schemas.openxmlformats.org/drawingml/2006/picture">
                <pic:pic>
                  <pic:nvPicPr>
                    <pic:cNvPr id="0" name="4a391a3de9e6c5555422.jpg"/>
                    <pic:cNvPicPr/>
                  </pic:nvPicPr>
                  <pic:blipFill>
                    <a:blip r:embed="rId13"/>
                    <a:stretch>
                      <a:fillRect/>
                    </a:stretch>
                  </pic:blipFill>
                  <pic:spPr>
                    <a:xfrm>
                      <a:off x="0" y="0"/>
                      <a:ext cx="3770270" cy="2232000"/>
                    </a:xfrm>
                    <a:prstGeom prst="rect"/>
                  </pic:spPr>
                </pic:pic>
              </a:graphicData>
            </a:graphic>
          </wp:inline>
        </w:drawing>
      </w:r>
    </w:p>
    <w:p>
      <w:pPr>
        <w:spacing w:after="60"/>
        <w:jc w:val="center"/>
      </w:pPr>
      <w:r>
        <w:rPr>
          <w:rFonts w:ascii="Arial" w:hAnsi="Arial" w:eastAsia="Arial"/>
          <w:b w:val="0"/>
          <w:color w:val="606667"/>
          <w:sz w:val="15"/>
        </w:rPr>
        <w:t>Зооветинститут · 1933 года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Зооветеринардык институт</w:t>
      </w:r>
    </w:p>
    <w:p>
      <w:pPr>
        <w:widowControl/>
        <w:spacing w:before="0" w:after="60" w:line="247" w:lineRule="auto"/>
      </w:pPr>
      <w:r>
        <w:rPr>
          <w:rFonts w:ascii="Arial" w:hAnsi="Arial" w:eastAsia="Arial"/>
          <w:b w:val="0"/>
          <w:color w:val="242C2F"/>
          <w:sz w:val="19"/>
        </w:rPr>
        <w:t>﻿ Зооветеринардык институттун окуу корпусу, айыл чарба окуу жайынын базасында түзүлгөн Айыл чарба техникуму 1933-жылы зооветеринардык институтка айландырылган. Зооветеринардык институттун окуу корпусу. 1933-жылдагы сүрөт.</w:t>
      </w:r>
    </w:p>
    <w:p>
      <w:pPr>
        <w:spacing w:before="20" w:after="0"/>
      </w:pPr>
      <w:r>
        <w:rPr>
          <w:rFonts w:ascii="Arial" w:hAnsi="Arial" w:eastAsia="Arial"/>
          <w:b w:val="0"/>
          <w:color w:val="606667"/>
          <w:sz w:val="14"/>
        </w:rPr>
        <w:t>Булак: https://bimap.su/description/frunze/387_Selhozinstitut1.txt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42.84451, 74.60399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