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Лагерной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42.86846, 74.60323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по улице Лагерной" title="Дом по улице Лаге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f90b712b1cd8ee083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Лагерной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Лагерной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западнее улицы Васильевской.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https://bimap.su/description/pishpek/157_Dom_na_Lagernoi.txt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42.86846, 74.60323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42.86846, 74.60323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