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пристава Грибановского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42.87112, 74.60266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3125" cy="2232000"/>
            <wp:docPr id="1" name="Picture 1" descr="Дом пристава Грибановского" title="Дом пристава Грибановско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e4af795f2fab0f2c8c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312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пристава Грибановского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пристава Грибановского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по улице Мещанской угол улицы Новой.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https://bimap.su/description/pishpek/156_Dom_Gribanovskova.txt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42.87112, 74.60266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42.87112, 74.60266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