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Грязновской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42.87265, 74.59422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11057" cy="2232000"/>
            <wp:docPr id="1" name="Picture 1" descr="Дом по улице Грязновской" title="Дом по улице Гряз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a7c7d6d74cf17aeea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10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Грязновской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Грязновской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Голованева.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https://bimap.su/description/pishpek/155_Dom_na_Griaznovskoi.txt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42.87265, 74.59422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42.87265, 74.59422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