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Казарменной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41678" cy="2232000"/>
            <wp:docPr id="1" name="Picture 1" descr="Дом по улице Казарменной" title="Дом по улице Казарменн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ff6283894c6874b05f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416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Казарменной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Казарменной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ниже улицы Ташкентской. 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https://bimap.su/description/pishpek/154_Dom_na_Kazarmennoi.txt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42.88427, 74.59632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