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Казарменная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41678" cy="2232000"/>
            <wp:docPr id="1" name="Picture 1" descr="Дом по улице Казарменной" title="Дом по улице Казармен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f6283894c6874b05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16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Казарменной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Казарменная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Казарменная көчөсүндөгү Ташкентскаянын төмөн жагындагы үй. Чопо менен толтурулган эски Пишпек каркас-жыгач үйдүн калдыктары.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https://bimap.su/description/pishpek/154_Dom_na_Kazarmennoi.txt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