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Петровской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42.88301, 74.58003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32788" cy="2232000"/>
            <wp:docPr id="1" name="Picture 1" descr="Дом по улице Петровской" title="Дом по улице Петр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a6753840512823c23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27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Петровской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Петровской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 улицами Токмакской и Судейской.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https://bimap.su/description/pishpek/153_Dom_na_Petrovskoi.txt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42.88301, 74.58003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42.88301, 74.58003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