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Токмакской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42.88335, 74.58261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9826" cy="2232000"/>
            <wp:docPr id="1" name="Picture 1" descr="Дом по улице Токмакской" title="Дом по улице Токмак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105b9f6e9acbc6cad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98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Токмакской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Токмакской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Николаевской и Шамузинской. Начало ХХ века. Фото Никиты Часова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https://bimap.su/description/pishpek/152_Dom_na_Tokmakskoi.txt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42.88335, 74.58261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42.88335, 74.58261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