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Грязновской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42.87196, 74.60356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6687" cy="2232000"/>
            <wp:docPr id="1" name="Picture 1" descr="Дом по улице Грязновской" title="Дом по улице Гряз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1706424533ab2f90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66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Грязновской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Грязновской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Конец XIX-начало ХХ века.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https://bimap.su/description/pishpek/151_Dom_na_Griaznovskoi.txt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42.87196, 74.60356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42.87196, 74.60356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