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Купеческой под камышевой крышей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42.87572, 74.61634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2315700" cy="2232000"/>
            <wp:docPr id="1" name="Picture 1" descr="Дом по улице Купеческой под камышевой крышей" title="Дом по улице Купеческой под камышевой крыш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57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Купеческой под камышевой крышей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Купеческой под камышевой крышей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Купеческой.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https://bimap.su/description/pishpek/149_Dom_na_Kupecheskoi.txt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42.87572, 74.61634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42.87572, 74.61634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