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Братская могила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42.87816, 74.60842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64530" cy="2232000"/>
            <wp:docPr id="1" name="Picture 1" descr="Братская могила" title="Братская моги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d5afe14015fff7904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4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Братская могила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Братская могила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красногвардейцев в Дубовом парке.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https://bimap.su/description/pishpek/15_Mogila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42.87816, 74.60842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42.87816, 74.60842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