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Искаковской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42.86907, 74.62173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53730" cy="2232000"/>
            <wp:docPr id="1" name="Picture 1" descr="Дом по улице Искаковской" title="Дом по улице Иска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6555a01e7bbb7f307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3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Искаковской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Искаковской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рядом с мечетью.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https://bimap.su/description/pishpek/148_Dom_na_Iskakovskoi.txt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42.86907, 74.62173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42.86907, 74.62173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