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Ключевой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42.88118, 74.58900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19551" cy="2232000"/>
            <wp:docPr id="1" name="Picture 1" descr="Дом по улице Ключевой" title="Дом по улице Ключев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e75fdea8c050ce0ab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955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Ключевой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Ключевой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Начало ХХ века.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https://bimap.su/description/pishpek/147_Dom_na_Kluchevoi.txt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42.88118, 74.58900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42.88118, 74.58900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