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Дунганской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42.87536, 74.58241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70212" cy="2232000"/>
            <wp:docPr id="1" name="Picture 1" descr="Дом по улице Дунганской" title="Дом по улице Дунга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33e59d89c98e7073b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7021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Дунганской · Голованева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Дунганской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между улицами Шамузинской и Николаевской. Фото Голованева.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https://bimap.su/description/pishpek/146_Dom_na_Dunganskoi.txt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42.87536, 74.58241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42.87536, 74.58241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