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Георгиевской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42.88251, 74.59202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13977" cy="2232000"/>
            <wp:docPr id="1" name="Picture 1" descr="Дом по улице Георгиевской" title="Дом по улице Георги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3d2b60540f70f2806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39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Георгиевской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Георгиевской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между улицами Уездной и Судейской.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https://bimap.su/description/pishpek/145_Dom_na_Georgievskoi.txt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42.88251, 74.59202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42.88251, 74.59202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