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42.88556, 74.62316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86ade07e36d25ce2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по улице Ташкентской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https://bimap.su/description/pishpek/144_Dom_na_Tashkentskoi.txt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42.88556, 74.62316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42.88556, 74.62316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