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 көчөсүндөгү үй</w:t>
      </w:r>
    </w:p>
    <w:p>
      <w:pPr>
        <w:spacing w:after="100"/>
        <w:jc w:val="center"/>
      </w:pPr>
      <w:r>
        <w:rPr>
          <w:rFonts w:ascii="Arial" w:hAnsi="Arial" w:eastAsia="Arial"/>
          <w:b w:val="0"/>
          <w:color w:val="606667"/>
          <w:sz w:val="17"/>
        </w:rPr>
        <w:t>42.88556, 74.62316</w:t>
      </w:r>
    </w:p>
    <w:p>
      <w:pPr>
        <w:spacing w:before="0" w:after="20"/>
        <w:jc w:val="center"/>
      </w:pPr>
      <w:r>
        <w:drawing>
          <wp:inline xmlns:a="http://schemas.openxmlformats.org/drawingml/2006/main" xmlns:pic="http://schemas.openxmlformats.org/drawingml/2006/picture">
            <wp:extent cx="3314520"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9b86ade07e36d25ce23d.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 көчөсүндөгү үй</w:t>
      </w:r>
    </w:p>
    <w:p>
      <w:pPr>
        <w:widowControl/>
        <w:spacing w:before="0" w:after="60" w:line="247" w:lineRule="auto"/>
      </w:pPr>
      <w:r>
        <w:rPr>
          <w:rFonts w:ascii="Arial" w:hAnsi="Arial" w:eastAsia="Arial"/>
          <w:b w:val="0"/>
          <w:color w:val="242C2F"/>
          <w:sz w:val="19"/>
        </w:rPr>
        <w:t>﻿ Ташкент көчөсүндөгү үй Пишпектин Ташкент шоссесинин жанында курулган алгачкы үйлөрдүн бири. Таш пайдубалы жана кирпич плинтустун бир бөлүгү «жерге өскөн». Дубалдары кыркылган жыгачтан жасалган. Коридору бар эки бөлмө жана ортодо ашкана бар. Үйдүн жана консолдун фасады шыбалып, жөнөкөй кесилген карниздер, пластинкалар жана жапкычтар менен кооздолгон. Кеч шифер чатыры, сыягы, камыш же тактай чатырын алмаштырды.</w:t>
      </w:r>
    </w:p>
    <w:p>
      <w:pPr>
        <w:spacing w:before="20" w:after="0"/>
      </w:pPr>
      <w:r>
        <w:rPr>
          <w:rFonts w:ascii="Arial" w:hAnsi="Arial" w:eastAsia="Arial"/>
          <w:b w:val="0"/>
          <w:color w:val="606667"/>
          <w:sz w:val="14"/>
        </w:rPr>
        <w:t>Булак: https://bimap.su/description/pishpek/144_Dom_na_Tashkentskoi.txt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42.88556, 74.62316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42.88556, 74.62316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