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Tashkentskaya street</w:t>
      </w:r>
    </w:p>
    <w:p>
      <w:pPr>
        <w:spacing w:after="100"/>
        <w:jc w:val="center"/>
      </w:pPr>
      <w:r>
        <w:rPr>
          <w:rFonts w:ascii="Arial" w:hAnsi="Arial" w:eastAsia="Arial"/>
          <w:b w:val="0"/>
          <w:color w:val="606667"/>
          <w:sz w:val="17"/>
        </w:rPr>
        <w:t>42.88556, 74.62316</w:t>
      </w:r>
    </w:p>
    <w:p>
      <w:pPr>
        <w:spacing w:before="0" w:after="20"/>
        <w:jc w:val="center"/>
      </w:pPr>
      <w:r>
        <w:drawing>
          <wp:inline xmlns:a="http://schemas.openxmlformats.org/drawingml/2006/main" xmlns:pic="http://schemas.openxmlformats.org/drawingml/2006/picture">
            <wp:extent cx="3314520" cy="2232000"/>
            <wp:docPr id="1" name="Picture 1" descr="Дом по улице Ташкентской" title="Дом по улице Ташкентской"/>
            <wp:cNvGraphicFramePr>
              <a:graphicFrameLocks noChangeAspect="1"/>
            </wp:cNvGraphicFramePr>
            <a:graphic>
              <a:graphicData uri="http://schemas.openxmlformats.org/drawingml/2006/picture">
                <pic:pic>
                  <pic:nvPicPr>
                    <pic:cNvPr id="0" name="9b86ade07e36d25ce23d.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Ташкентской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Tashkentskaya street</w:t>
      </w:r>
    </w:p>
    <w:p>
      <w:pPr>
        <w:widowControl/>
        <w:spacing w:before="0" w:after="60" w:line="247" w:lineRule="auto"/>
      </w:pPr>
      <w:r>
        <w:rPr>
          <w:rFonts w:ascii="Arial" w:hAnsi="Arial" w:eastAsia="Arial"/>
          <w:b w:val="0"/>
          <w:color w:val="242C2F"/>
          <w:sz w:val="19"/>
        </w:rPr>
        <w:t>﻿ House on Tashkentskaya Street One of the first houses of Pishpek, built near the Tashkent highway. The stone foundation and part of the brick plinth “grew into the ground.” The walls are made of hewn logs. There are two rooms with a hallway and a kitchen in the middle. The facade of the house and the console are plastered and decorated with simple sawn cornices, platbands and shutters. The late slate roof most likely replaced a reed or plank ro</w:t>
      </w:r>
    </w:p>
    <w:p>
      <w:pPr>
        <w:spacing w:before="20" w:after="0"/>
      </w:pPr>
      <w:r>
        <w:rPr>
          <w:rFonts w:ascii="Arial" w:hAnsi="Arial" w:eastAsia="Arial"/>
          <w:b w:val="0"/>
          <w:color w:val="606667"/>
          <w:sz w:val="14"/>
        </w:rPr>
        <w:t>Source: https://bimap.su/description/pishpek/144_Dom_na_Tashkentskoi.txt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42.88556, 74.62316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42.88556, 74.62316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