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Дом по улице Ташкентской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42.88466, 74.60583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580877" cy="2231999"/>
            <wp:docPr id="1" name="Picture 1" descr="Дом по улице Ташкентской" title="Дом по улице Ташкентской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97e9347353c33eac0b7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80877" cy="223199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по улице Ташкентской · Владимира Петрова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по улице Ташкентской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западнее улицы Бульварной. Конец ХIX века. Фото Владимира Петрова.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https://bimap.su/description/pishpek/143_Dom_na_Tashkentskoi.txt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42.88466, 74.60583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42.88466, 74.60583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