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60571" cy="2232000"/>
            <wp:docPr id="1" name="Picture 1" descr="Дом по улице Ташкентской" title="Дом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859fca7428daa6278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057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Ташкентской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западнее улицы Бульварной. Конец ХIX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https://bimap.su/description/pishpek/142_Dom_na_Tashkentskoi.txt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42.88460, 74.60550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