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Ташкент көчөсүндөгү үй</w:t>
      </w:r>
    </w:p>
    <w:p>
      <w:pPr>
        <w:spacing w:after="100"/>
        <w:jc w:val="center"/>
      </w:pPr>
      <w:r>
        <w:rPr>
          <w:rFonts w:ascii="Arial" w:hAnsi="Arial" w:eastAsia="Arial"/>
          <w:b w:val="0"/>
          <w:color w:val="606667"/>
          <w:sz w:val="17"/>
        </w:rPr>
        <w:t>42.88460, 74.60550</w:t>
      </w:r>
    </w:p>
    <w:p>
      <w:pPr>
        <w:spacing w:before="0" w:after="20"/>
        <w:jc w:val="center"/>
      </w:pPr>
      <w:r>
        <w:drawing>
          <wp:inline xmlns:a="http://schemas.openxmlformats.org/drawingml/2006/main" xmlns:pic="http://schemas.openxmlformats.org/drawingml/2006/picture">
            <wp:extent cx="3260571" cy="2232000"/>
            <wp:docPr id="1" name="Picture 1" descr="Дом по улице Ташкентской" title="Дом по улице Ташкентской"/>
            <wp:cNvGraphicFramePr>
              <a:graphicFrameLocks noChangeAspect="1"/>
            </wp:cNvGraphicFramePr>
            <a:graphic>
              <a:graphicData uri="http://schemas.openxmlformats.org/drawingml/2006/picture">
                <pic:pic>
                  <pic:nvPicPr>
                    <pic:cNvPr id="0" name="80859fca7428daa62780.jpg"/>
                    <pic:cNvPicPr/>
                  </pic:nvPicPr>
                  <pic:blipFill>
                    <a:blip r:embed="rId12"/>
                    <a:stretch>
                      <a:fillRect/>
                    </a:stretch>
                  </pic:blipFill>
                  <pic:spPr>
                    <a:xfrm>
                      <a:off x="0" y="0"/>
                      <a:ext cx="3260571" cy="2232000"/>
                    </a:xfrm>
                    <a:prstGeom prst="rect"/>
                  </pic:spPr>
                </pic:pic>
              </a:graphicData>
            </a:graphic>
          </wp:inline>
        </w:drawing>
      </w:r>
    </w:p>
    <w:p>
      <w:pPr>
        <w:spacing w:after="60"/>
        <w:jc w:val="center"/>
      </w:pPr>
      <w:r>
        <w:rPr>
          <w:rFonts w:ascii="Arial" w:hAnsi="Arial" w:eastAsia="Arial"/>
          <w:b w:val="0"/>
          <w:color w:val="606667"/>
          <w:sz w:val="15"/>
        </w:rPr>
        <w:t>Дом по улице Ташкентской</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Ташкент көчөсүндөгү үй</w:t>
      </w:r>
    </w:p>
    <w:p>
      <w:pPr>
        <w:widowControl/>
        <w:spacing w:before="0" w:after="60" w:line="247" w:lineRule="auto"/>
      </w:pPr>
      <w:r>
        <w:rPr>
          <w:rFonts w:ascii="Arial" w:hAnsi="Arial" w:eastAsia="Arial"/>
          <w:b w:val="0"/>
          <w:color w:val="242C2F"/>
          <w:sz w:val="19"/>
        </w:rPr>
        <w:t>﻿ Ташкент көчөсүндөгү үй, бульвардын батыш тарабында. 19-кылымдын аягы Пишпектин Ташкент шоссесинин жанындагы чептин жанына салынган алгачкы үйлөрдүн бири. Дубалдары кыркылган жыгачтан жасалган. Коридору бар эки бөлмө жана ортодо ашкана бар. Үйдүн фасады шыбалып, жөнөкөй карниздер, пластинкалар жана жалюзилер менен кооздолгон. Темир чатыр, кыязы, камыш же тактай чатырды алмаштырган.</w:t>
      </w:r>
    </w:p>
    <w:p>
      <w:pPr>
        <w:spacing w:before="20" w:after="0"/>
      </w:pPr>
      <w:r>
        <w:rPr>
          <w:rFonts w:ascii="Arial" w:hAnsi="Arial" w:eastAsia="Arial"/>
          <w:b w:val="0"/>
          <w:color w:val="606667"/>
          <w:sz w:val="14"/>
        </w:rPr>
        <w:t>Булак: https://bimap.su/description/pishpek/142_Dom_na_Tashkentskoi.txt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42.88460, 74.60550</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42.88460, 74.60550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