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Дом по улице Ташкентской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42.88559, 74.61993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14520" cy="2232000"/>
            <wp:docPr id="1" name="Picture 1" descr="Дом по улице Ташкентской" title="Дом по улице Ташкент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781d0024ecc6dcfa5dd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1452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по улице Ташкентской · Никиты Часова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по улице Ташкентской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напротив бывшего кладбища. Конец ХIX века. Фото Никиты Часова.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https://bimap.su/description/pishpek/141_Dom_na_Tashkentskoi.txt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42.88559, 74.61993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42.88559, 74.61993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