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Швец-Базарный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42.88357, 74.61571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84087" cy="2232000"/>
            <wp:docPr id="1" name="Picture 1" descr="Дом Швец-Базарного" title="Дом Швец-Базарн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5c79cc56e95e80972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8408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Швец-Базарного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Швец-Базарный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Швец-Базарный үйү Эски Пишпектин камыш чатырынын астындагы типтүү үйлөрдүн бири. Бул сүрөт 20-кылымдын 60-жылдарында тартылган, Октябрь революциясы учурундагы кырдаалды сахналаштырган. Ошол кездеги кийинген актёрлор революционер Швец-Базарный жашаган үйдүн жанында большевиктердин образын тартышкан.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https://bimap.su/description/pishpek/140_Dom_ShvetsBazarnogo.txt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42.88357, 74.61571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42.88357, 74.61571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