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Shvets-Bazarny House</w:t>
      </w:r>
    </w:p>
    <w:p>
      <w:pPr>
        <w:spacing w:after="100"/>
        <w:jc w:val="center"/>
      </w:pPr>
      <w:r>
        <w:rPr>
          <w:rFonts w:ascii="Arial" w:hAnsi="Arial" w:eastAsia="Arial"/>
          <w:b w:val="0"/>
          <w:color w:val="606667"/>
          <w:sz w:val="17"/>
        </w:rPr>
        <w:t>42.88357, 74.61571</w:t>
      </w:r>
    </w:p>
    <w:p>
      <w:pPr>
        <w:spacing w:before="0" w:after="20"/>
        <w:jc w:val="center"/>
      </w:pPr>
      <w:r>
        <w:drawing>
          <wp:inline xmlns:a="http://schemas.openxmlformats.org/drawingml/2006/main" xmlns:pic="http://schemas.openxmlformats.org/drawingml/2006/picture">
            <wp:extent cx="3184087" cy="2232000"/>
            <wp:docPr id="1" name="Picture 1" descr="Дом Швец-Базарного" title="Дом Швец-Базарного"/>
            <wp:cNvGraphicFramePr>
              <a:graphicFrameLocks noChangeAspect="1"/>
            </wp:cNvGraphicFramePr>
            <a:graphic>
              <a:graphicData uri="http://schemas.openxmlformats.org/drawingml/2006/picture">
                <pic:pic>
                  <pic:nvPicPr>
                    <pic:cNvPr id="0" name="375c79cc56e95e809720.jpg"/>
                    <pic:cNvPicPr/>
                  </pic:nvPicPr>
                  <pic:blipFill>
                    <a:blip r:embed="rId12"/>
                    <a:stretch>
                      <a:fillRect/>
                    </a:stretch>
                  </pic:blipFill>
                  <pic:spPr>
                    <a:xfrm>
                      <a:off x="0" y="0"/>
                      <a:ext cx="3184087" cy="2232000"/>
                    </a:xfrm>
                    <a:prstGeom prst="rect"/>
                  </pic:spPr>
                </pic:pic>
              </a:graphicData>
            </a:graphic>
          </wp:inline>
        </w:drawing>
      </w:r>
    </w:p>
    <w:p>
      <w:pPr>
        <w:spacing w:after="60"/>
        <w:jc w:val="center"/>
      </w:pPr>
      <w:r>
        <w:rPr>
          <w:rFonts w:ascii="Arial" w:hAnsi="Arial" w:eastAsia="Arial"/>
          <w:b w:val="0"/>
          <w:color w:val="606667"/>
          <w:sz w:val="15"/>
        </w:rPr>
        <w:t>Дом Швец-Базарного</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Shvets-Bazarny House</w:t>
      </w:r>
    </w:p>
    <w:p>
      <w:pPr>
        <w:widowControl/>
        <w:spacing w:before="0" w:after="60" w:line="247" w:lineRule="auto"/>
      </w:pPr>
      <w:r>
        <w:rPr>
          <w:rFonts w:ascii="Arial" w:hAnsi="Arial" w:eastAsia="Arial"/>
          <w:b w:val="0"/>
          <w:color w:val="242C2F"/>
          <w:sz w:val="19"/>
        </w:rPr>
        <w:t>﻿ Shvets-Bazarny House One of the typical houses of old Pishpek under a reed roof. This photograph was taken in the 60s of the twentieth century, which dramatized the situation during the October Revolution. Actors dressed for the time portrayed Bolsheviks near the house in which the revolutionary Shvets-Bazarny allegedly lived.</w:t>
      </w:r>
    </w:p>
    <w:p>
      <w:pPr>
        <w:spacing w:before="20" w:after="0"/>
      </w:pPr>
      <w:r>
        <w:rPr>
          <w:rFonts w:ascii="Arial" w:hAnsi="Arial" w:eastAsia="Arial"/>
          <w:b w:val="0"/>
          <w:color w:val="606667"/>
          <w:sz w:val="14"/>
        </w:rPr>
        <w:t>Source: https://bimap.su/description/pishpek/140_Dom_ShvetsBazarnogo.txt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42.88357, 74.61571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42.88357, 74.61571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