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Popov's House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42.88254, 74.61549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99959" cy="2232000"/>
            <wp:docPr id="1" name="Picture 1" descr="Дом Попова" title="Дом Поп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4e1ec8d72f3e15d8c54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9995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Попова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Popov's House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Popov's House. Beginning of the 20th century Two-story house of Vasily Stepanovich Popov. What distinguished it from other two-story buildings in the city was its grand addition with a high porch and a roof topped with intricate iron pyramids and a weather vane. Wide doors opened hospitably into a huge hall, and many high windows made this hall completely transparent. Popov had a mill, an oil mill and a dairy store.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https://bimap.su/description/pishpek/139_Dom_Popova1.txt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42.88254, 74.61549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Frunze" title="Frunz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42.88254, 74.61549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