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Мончо Прокудин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42.88555, 74.61663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70320" cy="2232000"/>
            <wp:docPr id="1" name="Picture 1" descr="Баня Прокудина" title="Баня Прокуди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766ac7cbdce20fec87c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7032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Баня Прокудина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Мончо Прокудин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Кузнечная көчөсүндөгү. ХХ кылымдын башталышы.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https://bimap.su/description/pishpek/14_Bania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42.88555, 74.61663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42.88555, 74.61663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