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Попова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42.88249, 74.61543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657526" cy="2232000"/>
            <wp:docPr id="1" name="Picture 1" descr="Дом Попова" title="Дом Поп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ff44ae7bdebdac0f2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75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Попова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Попова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Начало ХХ века.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https://bimap.su/description/pishpek/139_Dom_Popova.txt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42.88249, 74.61543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42.88249, 74.61543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