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Дом Дубинина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42.88455, 74.60282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151090" cy="2232000"/>
            <wp:docPr id="1" name="Picture 1" descr="Дом Дубинина" title="Дом Дубинин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3bb036ed1762636ba1b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5109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Дубинина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Дом Дубинина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Дом начальника почтовой конторы Дубинина.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https://bimap.su/description/pishpek/138_Dom_Dubinina.txt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42.88455, 74.60282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42.88455, 74.60282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