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Дубинин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42.88455, 74.60282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151090" cy="2232000"/>
            <wp:docPr id="1" name="Picture 1" descr="Дом Дубинина" title="Дом Дубин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3bb036ed1762636ba1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109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Дубинина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Дубинин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Почта бөлүмүнүн башчысынын үйү Дубинин Почта-телеграф кеңсесин башкарган чиновниктер округдун алдыңкы адамдарынан болушкан. Дубинин Владимир (Василий) Иванович Пишпек почта-телеграф конторасынын начальниги болуп, ал Ташкентте талкаланган чептин жанында турганда хмель плантациясын кармаган.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https://bimap.su/description/pishpek/138_Dom_Dubinina.txt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42.88455, 74.60282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42.88455, 74.60282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