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Шамузинской и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42.88394, 74.58416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81630" cy="2232000"/>
            <wp:docPr id="1" name="Picture 1" descr="Дом на углу улиц Шамузинской и Ташкентской" title="Дом на углу улиц Шамузинской и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3a2997098a38b835e6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16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Шамузинской и Ташкентской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Шамузинской и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углу улиц Шамузинской и Ташкентской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https://bimap.su/description/pishpek/137_Shamuzinskaia_Tashkentskaia.txt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42.88394, 74.58416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42.88394, 74.58416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