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на углу улиц Судейской и Петровской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42.88221, 74.57994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35785" cy="2232000"/>
            <wp:docPr id="1" name="Picture 1" descr="Дом на углу улиц Судейской и Петровской" title="Дом на углу улиц Судейской и Петро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f0b3755af0e47a667d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578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углу улиц Судейской и Петровской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углу улиц Судейской и Петровской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на углу улиц Судейской и Петровской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https://bimap.su/description/pishpek/136_Sudeiskaia_Petrovskaia.txt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42.88221, 74.57994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42.88221, 74.57994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