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the corner of Sudeiskaya and Petrovskaya streets</w:t>
      </w:r>
    </w:p>
    <w:p>
      <w:pPr>
        <w:spacing w:after="100"/>
        <w:jc w:val="center"/>
      </w:pPr>
      <w:r>
        <w:rPr>
          <w:rFonts w:ascii="Arial" w:hAnsi="Arial" w:eastAsia="Arial"/>
          <w:b w:val="0"/>
          <w:color w:val="606667"/>
          <w:sz w:val="17"/>
        </w:rPr>
        <w:t>42.88221, 74.57994</w:t>
      </w:r>
    </w:p>
    <w:p>
      <w:pPr>
        <w:spacing w:before="0" w:after="20"/>
        <w:jc w:val="center"/>
      </w:pPr>
      <w:r>
        <w:drawing>
          <wp:inline xmlns:a="http://schemas.openxmlformats.org/drawingml/2006/main" xmlns:pic="http://schemas.openxmlformats.org/drawingml/2006/picture">
            <wp:extent cx="3035785" cy="2232000"/>
            <wp:docPr id="1" name="Picture 1" descr="Дом на углу улиц Судейской и Петровской" title="Дом на углу улиц Судейской и Петровской"/>
            <wp:cNvGraphicFramePr>
              <a:graphicFrameLocks noChangeAspect="1"/>
            </wp:cNvGraphicFramePr>
            <a:graphic>
              <a:graphicData uri="http://schemas.openxmlformats.org/drawingml/2006/picture">
                <pic:pic>
                  <pic:nvPicPr>
                    <pic:cNvPr id="0" name="7f0b3755af0e47a667dd.jpg"/>
                    <pic:cNvPicPr/>
                  </pic:nvPicPr>
                  <pic:blipFill>
                    <a:blip r:embed="rId12"/>
                    <a:stretch>
                      <a:fillRect/>
                    </a:stretch>
                  </pic:blipFill>
                  <pic:spPr>
                    <a:xfrm>
                      <a:off x="0" y="0"/>
                      <a:ext cx="3035785" cy="2232000"/>
                    </a:xfrm>
                    <a:prstGeom prst="rect"/>
                  </pic:spPr>
                </pic:pic>
              </a:graphicData>
            </a:graphic>
          </wp:inline>
        </w:drawing>
      </w:r>
    </w:p>
    <w:p>
      <w:pPr>
        <w:spacing w:after="60"/>
        <w:jc w:val="center"/>
      </w:pPr>
      <w:r>
        <w:rPr>
          <w:rFonts w:ascii="Arial" w:hAnsi="Arial" w:eastAsia="Arial"/>
          <w:b w:val="0"/>
          <w:color w:val="606667"/>
          <w:sz w:val="15"/>
        </w:rPr>
        <w:t>Дом на углу улиц Судейской и Петровской</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the corner of Sudeiskaya and Petrovskaya streets</w:t>
      </w:r>
    </w:p>
    <w:p>
      <w:pPr>
        <w:widowControl/>
        <w:spacing w:before="0" w:after="60" w:line="247" w:lineRule="auto"/>
      </w:pPr>
      <w:r>
        <w:rPr>
          <w:rFonts w:ascii="Arial" w:hAnsi="Arial" w:eastAsia="Arial"/>
          <w:b w:val="0"/>
          <w:color w:val="242C2F"/>
          <w:sz w:val="19"/>
        </w:rPr>
        <w:t>﻿ House on the corner of Sudeiskaya and Petrovskaya streets The end of the 19th - beginning of the 20th centuries is characterized by the improvement of the city and the construction of significant houses at the head of the city estate. The houses stood on high stone foundations made of cobblestones or ashlars, above which there was a brick basement of the semi-basement or first floor with patterned decor of the brickwork. The walls could have be</w:t>
      </w:r>
    </w:p>
    <w:p>
      <w:pPr>
        <w:spacing w:before="20" w:after="0"/>
      </w:pPr>
      <w:r>
        <w:rPr>
          <w:rFonts w:ascii="Arial" w:hAnsi="Arial" w:eastAsia="Arial"/>
          <w:b w:val="0"/>
          <w:color w:val="606667"/>
          <w:sz w:val="14"/>
        </w:rPr>
        <w:t>Source: https://bimap.su/description/pishpek/136_Sudeiskaia_Petrovskaia.txt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42.88221, 74.57994</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42.88221, 74.57994</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