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пересечении улиц Токмакской и Пущинской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42.88211, 74.60946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77370" cy="2232000"/>
            <wp:docPr id="1" name="Picture 1" descr="Дом на пересечении улиц Токмакской и Пущинской" title="Дом на пересечении улиц Токмакской и Пущи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5b769c8af08acc899e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773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пересечении улиц Токмакской и Пущинской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пересечении улиц Токмакской и Пущинской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на пересечении улиц Токмакской и Пущинской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https://bimap.su/description/pishpek/135_Tokmakcraia_Putchinskaia.txt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42.88211, 74.60946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42.88211, 74.60946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