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Токмакская жана Пущинская көчөлөрүнүн кесилишиндеги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42.88211, 74.60946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77370" cy="2232000"/>
            <wp:docPr id="1" name="Picture 1" descr="Дом на пересечении улиц Токмакской и Пущинской" title="Дом на пересечении улиц Токмакской и Пущ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b769c8af08acc899e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773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пересечении улиц Токмакской и Пущинской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Токмакская жана Пущинская көчөлөрүнүн кесилишиндеги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Токмакская менен Пущинскаянын кесилишиндеги үй Эски Пишпектин камыш чатырынын астындагы типтүү үйлөрдүн бири. Бул сүрөт 20-кылымдын 60-жылдарында тартылган, Октябрь революциясы учурундагы кырдаалды сахналаштырган. Ошол кездеги кийинген актёрлор революционер Иваницын жашаган үйдүн жанында большевиктердин образын жаратышкан, Токмакская көчөсү анын аты менен аталган.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https://bimap.su/description/pishpek/135_Tokmakcraia_Putchinskaia.txt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42.88211, 74.60946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42.88211, 74.60946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