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Судейской и Атбашинской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42.88196, 74.57678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86205" cy="2232000"/>
            <wp:docPr id="1" name="Picture 1" descr="Дом на углу улиц Судейской и Атбашинской" title="Дом на углу улиц Судейской и Атбаш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31d22ac9a8cbb2d14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862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Судейской и Атбашинской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Судейской и Атбашинской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углу улиц Судейской и Атбашинской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https://bimap.su/description/pishpek/134_Sudeiskaia_Atbashinskaia.txt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42.88196, 74.57678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42.88196, 74.57678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