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Ташкентской и Константиновской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42.88537, 74.59453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на углу улиц Ташкентской и Константиновской" title="Дом на углу улиц Ташкентской и Константи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4a8637728265a19e4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Ташкентской и Константиновской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Ташкентской и Константиновской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https://bimap.su/description/pishpek/133_Tashkentskaia_Konstantinovskaia.txt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42.88537, 74.59453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42.88537, 74.59453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