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Георгиевской и Уездной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42.88040, 74.59236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на углу улиц Георгиевской и Уездной" title="Дом на углу улиц Георгиевской и Уезд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f50bea98824c83c6a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Георгиевской и Уездной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Георгиевской и Уездной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https://bimap.su/description/pishpek/132_Ugol_Georgievskoi_i_Uezdnoi.txt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42.88040, 74.59236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42.88040, 74.59236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