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Георгиевской и Уездной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42.88044, 74.59184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8940" cy="2232000"/>
            <wp:docPr id="1" name="Picture 1" descr="Дом на углу улиц Георгиевской и Уездной" title="Дом на углу улиц Георгиевской и Уезд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bf7c21349d289333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89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Георгиевской и Уездной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Георгиевской и Уездной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Часова.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https://bimap.su/description/pishpek/131_Ugol_Georgievskoi_i_Uezdnoi.txt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42.88044, 74.59184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42.88044, 74.59184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