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Бульварной и Лагерной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42.86798, 74.60532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52990" cy="2232000"/>
            <wp:docPr id="1" name="Picture 1" descr="Дом на углу улиц Бульварной и Лагерной" title="Дом на углу улиц Бульварной и Лаге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0f858995bbff7df18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29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Бульварной и Лагерной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Бульварной и Лагерной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Начало ХХ века.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https://bimap.su/description/pishpek/130_Ugol_Bulvarnoi_i_Lagernoi.txt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42.86798, 74.60532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42.86798, 74.60532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